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571E3" w14:textId="77777777" w:rsidR="00D44AD1" w:rsidRDefault="00000000">
      <w:pPr>
        <w:spacing w:after="40"/>
        <w:jc w:val="center"/>
      </w:pPr>
      <w:r>
        <w:rPr>
          <w:rFonts w:ascii="Aptos Display" w:hAnsi="Aptos Display"/>
          <w:b/>
          <w:color w:val="003087"/>
          <w:sz w:val="36"/>
        </w:rPr>
        <w:t>FILM AND VIDEO PRODUCTION</w:t>
      </w:r>
    </w:p>
    <w:p w14:paraId="20DEF4BF" w14:textId="77777777" w:rsidR="00D44AD1" w:rsidRDefault="00000000">
      <w:pPr>
        <w:spacing w:after="100"/>
        <w:jc w:val="center"/>
      </w:pPr>
      <w:r>
        <w:rPr>
          <w:rFonts w:ascii="Aptos Display" w:hAnsi="Aptos Display"/>
          <w:b/>
          <w:sz w:val="28"/>
        </w:rPr>
        <w:t>WORK INTEREST FORM</w:t>
      </w:r>
    </w:p>
    <w:p w14:paraId="246010B7" w14:textId="77777777" w:rsidR="00D44AD1" w:rsidRDefault="00000000">
      <w:pPr>
        <w:spacing w:after="120"/>
        <w:jc w:val="center"/>
        <w:rPr>
          <w:b/>
          <w:sz w:val="19"/>
        </w:rPr>
      </w:pPr>
      <w:r>
        <w:rPr>
          <w:b/>
          <w:sz w:val="19"/>
        </w:rPr>
        <w:t>Please complete all sections of this form. Only complete submissions will be considered.</w:t>
      </w:r>
    </w:p>
    <w:p w14:paraId="2B2D7C6E" w14:textId="46040BB1" w:rsidR="00F23802" w:rsidRPr="00F23802" w:rsidRDefault="00F23802">
      <w:pPr>
        <w:spacing w:after="120"/>
        <w:jc w:val="center"/>
        <w:rPr>
          <w:b/>
          <w:bCs/>
          <w:u w:val="single"/>
        </w:rPr>
      </w:pPr>
      <w:r w:rsidRPr="00F23802">
        <w:rPr>
          <w:b/>
          <w:bCs/>
          <w:color w:val="000000"/>
          <w:u w:val="single"/>
        </w:rPr>
        <w:t>Submission of this form does not guarantee work</w:t>
      </w:r>
    </w:p>
    <w:p w14:paraId="146E0158" w14:textId="77777777" w:rsidR="00D44AD1" w:rsidRDefault="00000000">
      <w:pPr>
        <w:spacing w:after="100"/>
        <w:jc w:val="center"/>
      </w:pPr>
      <w:r>
        <w:rPr>
          <w:sz w:val="19"/>
        </w:rPr>
        <w:t xml:space="preserve">Upon completion, submit this form to </w:t>
      </w:r>
      <w:r>
        <w:rPr>
          <w:b/>
          <w:color w:val="003087"/>
          <w:sz w:val="19"/>
        </w:rPr>
        <w:t>commdept@memphis.edu</w:t>
      </w:r>
      <w:r>
        <w:rPr>
          <w:sz w:val="19"/>
        </w:rPr>
        <w:t xml:space="preserve"> for review. Approved opportunities may be shared with Film and Video Production students.</w:t>
      </w:r>
    </w:p>
    <w:p w14:paraId="5B363DAC" w14:textId="77777777" w:rsidR="00D44AD1" w:rsidRDefault="00000000">
      <w:pPr>
        <w:pStyle w:val="FormSection"/>
        <w:keepNext/>
        <w:pBdr>
          <w:bottom w:val="single" w:sz="10" w:space="2" w:color="003087"/>
        </w:pBdr>
      </w:pPr>
      <w:r>
        <w:t>CONTACT INFORMATION</w:t>
      </w:r>
    </w:p>
    <w:tbl>
      <w:tblPr>
        <w:tblW w:w="0" w:type="auto"/>
        <w:jc w:val="center"/>
        <w:tblLayout w:type="fixed"/>
        <w:tblLook w:val="04A0" w:firstRow="1" w:lastRow="0" w:firstColumn="1" w:lastColumn="0" w:noHBand="0" w:noVBand="1"/>
      </w:tblPr>
      <w:tblGrid>
        <w:gridCol w:w="5083"/>
        <w:gridCol w:w="5083"/>
      </w:tblGrid>
      <w:tr w:rsidR="00D44AD1" w14:paraId="7C83F652" w14:textId="77777777">
        <w:trPr>
          <w:jc w:val="center"/>
        </w:trPr>
        <w:tc>
          <w:tcPr>
            <w:tcW w:w="5083" w:type="dxa"/>
            <w:shd w:val="clear" w:color="auto" w:fill="EAF0F8"/>
            <w:tcMar>
              <w:top w:w="60" w:type="dxa"/>
              <w:left w:w="90" w:type="dxa"/>
              <w:bottom w:w="60" w:type="dxa"/>
              <w:right w:w="90" w:type="dxa"/>
            </w:tcMar>
          </w:tcPr>
          <w:p w14:paraId="4AE8CBDF" w14:textId="77777777" w:rsidR="00D44AD1" w:rsidRDefault="00000000">
            <w:r>
              <w:rPr>
                <w:b/>
              </w:rPr>
              <w:t>Name</w:t>
            </w:r>
          </w:p>
        </w:tc>
        <w:tc>
          <w:tcPr>
            <w:tcW w:w="5083" w:type="dxa"/>
            <w:tcMar>
              <w:top w:w="60" w:type="dxa"/>
              <w:left w:w="90" w:type="dxa"/>
              <w:bottom w:w="60" w:type="dxa"/>
              <w:right w:w="90" w:type="dxa"/>
            </w:tcMar>
          </w:tcPr>
          <w:p w14:paraId="5FE2026D" w14:textId="4B75A0DC" w:rsidR="00D44AD1" w:rsidRDefault="00000000">
            <w:sdt>
              <w:sdtPr>
                <w:alias w:val="NAME"/>
                <w:tag w:val="NAME"/>
                <w:id w:val="-803533094"/>
                <w:text/>
              </w:sdtPr>
              <w:sdtContent>
                <w:r>
                  <w:rPr>
                    <w:color w:val="777777"/>
                  </w:rPr>
                  <w:t>Click r tap here to enter text.</w:t>
                </w:r>
              </w:sdtContent>
            </w:sdt>
          </w:p>
        </w:tc>
      </w:tr>
      <w:tr w:rsidR="00D44AD1" w14:paraId="31B62DBD" w14:textId="77777777">
        <w:trPr>
          <w:jc w:val="center"/>
        </w:trPr>
        <w:tc>
          <w:tcPr>
            <w:tcW w:w="5083" w:type="dxa"/>
            <w:shd w:val="clear" w:color="auto" w:fill="EAF0F8"/>
            <w:tcMar>
              <w:top w:w="60" w:type="dxa"/>
              <w:left w:w="90" w:type="dxa"/>
              <w:bottom w:w="60" w:type="dxa"/>
              <w:right w:w="90" w:type="dxa"/>
            </w:tcMar>
          </w:tcPr>
          <w:p w14:paraId="6D8DA91D" w14:textId="77777777" w:rsidR="00D44AD1" w:rsidRDefault="00000000">
            <w:r>
              <w:rPr>
                <w:b/>
              </w:rPr>
              <w:t>Company/Organization</w:t>
            </w:r>
          </w:p>
        </w:tc>
        <w:tc>
          <w:tcPr>
            <w:tcW w:w="5083" w:type="dxa"/>
            <w:tcMar>
              <w:top w:w="60" w:type="dxa"/>
              <w:left w:w="90" w:type="dxa"/>
              <w:bottom w:w="60" w:type="dxa"/>
              <w:right w:w="90" w:type="dxa"/>
            </w:tcMar>
          </w:tcPr>
          <w:p w14:paraId="6E9DAB01" w14:textId="77777777" w:rsidR="00D44AD1" w:rsidRDefault="00000000">
            <w:sdt>
              <w:sdtPr>
                <w:alias w:val="ORG"/>
                <w:tag w:val="ORG"/>
                <w:id w:val="-30187421"/>
                <w:text/>
              </w:sdtPr>
              <w:sdtContent>
                <w:r>
                  <w:rPr>
                    <w:color w:val="777777"/>
                  </w:rPr>
                  <w:t>Click or tap here to enter text.</w:t>
                </w:r>
              </w:sdtContent>
            </w:sdt>
          </w:p>
        </w:tc>
      </w:tr>
      <w:tr w:rsidR="00D44AD1" w14:paraId="2D13A8D8" w14:textId="77777777">
        <w:trPr>
          <w:jc w:val="center"/>
        </w:trPr>
        <w:tc>
          <w:tcPr>
            <w:tcW w:w="5083" w:type="dxa"/>
            <w:shd w:val="clear" w:color="auto" w:fill="EAF0F8"/>
            <w:tcMar>
              <w:top w:w="60" w:type="dxa"/>
              <w:left w:w="90" w:type="dxa"/>
              <w:bottom w:w="60" w:type="dxa"/>
              <w:right w:w="90" w:type="dxa"/>
            </w:tcMar>
          </w:tcPr>
          <w:p w14:paraId="3505868D" w14:textId="77777777" w:rsidR="00D44AD1" w:rsidRDefault="00000000">
            <w:r>
              <w:rPr>
                <w:b/>
              </w:rPr>
              <w:t>Phone Number</w:t>
            </w:r>
          </w:p>
        </w:tc>
        <w:tc>
          <w:tcPr>
            <w:tcW w:w="5083" w:type="dxa"/>
            <w:tcMar>
              <w:top w:w="60" w:type="dxa"/>
              <w:left w:w="90" w:type="dxa"/>
              <w:bottom w:w="60" w:type="dxa"/>
              <w:right w:w="90" w:type="dxa"/>
            </w:tcMar>
          </w:tcPr>
          <w:p w14:paraId="30078F5D" w14:textId="77777777" w:rsidR="00D44AD1" w:rsidRDefault="00000000">
            <w:sdt>
              <w:sdtPr>
                <w:alias w:val="PHONE"/>
                <w:tag w:val="PHONE"/>
                <w:id w:val="163365399"/>
                <w:text/>
              </w:sdtPr>
              <w:sdtContent>
                <w:r>
                  <w:rPr>
                    <w:color w:val="777777"/>
                  </w:rPr>
                  <w:t>Click or tap here to enter text.</w:t>
                </w:r>
              </w:sdtContent>
            </w:sdt>
          </w:p>
        </w:tc>
      </w:tr>
      <w:tr w:rsidR="00D44AD1" w14:paraId="341A3532" w14:textId="77777777">
        <w:trPr>
          <w:jc w:val="center"/>
        </w:trPr>
        <w:tc>
          <w:tcPr>
            <w:tcW w:w="5083" w:type="dxa"/>
            <w:shd w:val="clear" w:color="auto" w:fill="EAF0F8"/>
            <w:tcMar>
              <w:top w:w="60" w:type="dxa"/>
              <w:left w:w="90" w:type="dxa"/>
              <w:bottom w:w="60" w:type="dxa"/>
              <w:right w:w="90" w:type="dxa"/>
            </w:tcMar>
          </w:tcPr>
          <w:p w14:paraId="664139F0" w14:textId="77777777" w:rsidR="00D44AD1" w:rsidRDefault="00000000">
            <w:r>
              <w:rPr>
                <w:b/>
              </w:rPr>
              <w:t>Email Address</w:t>
            </w:r>
          </w:p>
        </w:tc>
        <w:tc>
          <w:tcPr>
            <w:tcW w:w="5083" w:type="dxa"/>
            <w:tcMar>
              <w:top w:w="60" w:type="dxa"/>
              <w:left w:w="90" w:type="dxa"/>
              <w:bottom w:w="60" w:type="dxa"/>
              <w:right w:w="90" w:type="dxa"/>
            </w:tcMar>
          </w:tcPr>
          <w:p w14:paraId="6F58935C" w14:textId="77777777" w:rsidR="00D44AD1" w:rsidRDefault="00000000">
            <w:sdt>
              <w:sdtPr>
                <w:alias w:val="EMAIL"/>
                <w:tag w:val="EMAIL"/>
                <w:id w:val="1601600344"/>
                <w:text/>
              </w:sdtPr>
              <w:sdtContent>
                <w:r>
                  <w:rPr>
                    <w:color w:val="777777"/>
                  </w:rPr>
                  <w:t>Click or tap here to enter text.</w:t>
                </w:r>
              </w:sdtContent>
            </w:sdt>
          </w:p>
        </w:tc>
      </w:tr>
    </w:tbl>
    <w:p w14:paraId="4D81DF2E" w14:textId="77777777" w:rsidR="0037039D" w:rsidRDefault="0037039D" w:rsidP="0037039D">
      <w:pPr>
        <w:pStyle w:val="FormSection"/>
        <w:keepNext/>
        <w:pBdr>
          <w:bottom w:val="single" w:sz="10" w:space="2" w:color="003087"/>
        </w:pBdr>
      </w:pPr>
      <w:r>
        <w:t>COMPENSATION</w:t>
      </w:r>
    </w:p>
    <w:p w14:paraId="0A5BD45C" w14:textId="77777777" w:rsidR="0037039D" w:rsidRDefault="0037039D" w:rsidP="0037039D">
      <w:pPr>
        <w:spacing w:after="40"/>
      </w:pPr>
      <w:r>
        <w:rPr>
          <w:b/>
        </w:rPr>
        <w:t>Will this work be paid?</w:t>
      </w:r>
    </w:p>
    <w:p w14:paraId="7FEE8F6E" w14:textId="77777777" w:rsidR="0037039D" w:rsidRDefault="00000000" w:rsidP="0037039D">
      <w:pPr>
        <w:spacing w:after="60"/>
      </w:pPr>
      <w:sdt>
        <w:sdtPr>
          <w:alias w:val="CB_PAID_YES"/>
          <w:tag w:val="CB_PAID_YES"/>
          <w:id w:val="-965351939"/>
          <w14:checkbox>
            <w14:checked w14:val="0"/>
            <w14:checkedState w14:val="2612" w14:font="MS Gothic"/>
            <w14:uncheckedState w14:val="2610" w14:font="MS Gothic"/>
          </w14:checkbox>
        </w:sdtPr>
        <w:sdtContent>
          <w:r w:rsidR="0037039D">
            <w:t>☐</w:t>
          </w:r>
        </w:sdtContent>
      </w:sdt>
      <w:r w:rsidR="0037039D">
        <w:t xml:space="preserve">  Yes      </w:t>
      </w:r>
      <w:sdt>
        <w:sdtPr>
          <w:alias w:val="CB_PAID_NO"/>
          <w:tag w:val="CB_PAID_NO"/>
          <w:id w:val="-1937042506"/>
          <w14:checkbox>
            <w14:checked w14:val="0"/>
            <w14:checkedState w14:val="2612" w14:font="MS Gothic"/>
            <w14:uncheckedState w14:val="2610" w14:font="MS Gothic"/>
          </w14:checkbox>
        </w:sdtPr>
        <w:sdtContent>
          <w:r w:rsidR="0037039D">
            <w:t>☐</w:t>
          </w:r>
        </w:sdtContent>
      </w:sdt>
      <w:r w:rsidR="0037039D">
        <w:t xml:space="preserve">  No</w:t>
      </w:r>
    </w:p>
    <w:p w14:paraId="7E017022" w14:textId="77777777" w:rsidR="0037039D" w:rsidRDefault="0037039D" w:rsidP="0037039D">
      <w:pPr>
        <w:spacing w:after="40"/>
      </w:pPr>
      <w:r>
        <w:rPr>
          <w:b/>
        </w:rPr>
        <w:t>If yes, how will compensation be structured?</w:t>
      </w:r>
    </w:p>
    <w:p w14:paraId="1837CE40" w14:textId="77777777" w:rsidR="0037039D" w:rsidRDefault="00000000" w:rsidP="0037039D">
      <w:pPr>
        <w:spacing w:after="60"/>
      </w:pPr>
      <w:sdt>
        <w:sdtPr>
          <w:alias w:val="CB_HOURLY"/>
          <w:tag w:val="CB_HOURLY"/>
          <w:id w:val="-2130075469"/>
          <w14:checkbox>
            <w14:checked w14:val="0"/>
            <w14:checkedState w14:val="2612" w14:font="MS Gothic"/>
            <w14:uncheckedState w14:val="2610" w14:font="MS Gothic"/>
          </w14:checkbox>
        </w:sdtPr>
        <w:sdtContent>
          <w:r w:rsidR="0037039D">
            <w:t>☐</w:t>
          </w:r>
        </w:sdtContent>
      </w:sdt>
      <w:r w:rsidR="0037039D">
        <w:t xml:space="preserve">  Hourly rate      </w:t>
      </w:r>
      <w:sdt>
        <w:sdtPr>
          <w:alias w:val="CB_DAY"/>
          <w:tag w:val="CB_DAY"/>
          <w:id w:val="1719161889"/>
          <w14:checkbox>
            <w14:checked w14:val="0"/>
            <w14:checkedState w14:val="2612" w14:font="MS Gothic"/>
            <w14:uncheckedState w14:val="2610" w14:font="MS Gothic"/>
          </w14:checkbox>
        </w:sdtPr>
        <w:sdtContent>
          <w:r w:rsidR="0037039D">
            <w:t>☐</w:t>
          </w:r>
        </w:sdtContent>
      </w:sdt>
      <w:r w:rsidR="0037039D">
        <w:t xml:space="preserve">  Day rate      </w:t>
      </w:r>
      <w:sdt>
        <w:sdtPr>
          <w:alias w:val="CB_FLAT"/>
          <w:tag w:val="CB_FLAT"/>
          <w:id w:val="-923879327"/>
          <w14:checkbox>
            <w14:checked w14:val="0"/>
            <w14:checkedState w14:val="2612" w14:font="MS Gothic"/>
            <w14:uncheckedState w14:val="2610" w14:font="MS Gothic"/>
          </w14:checkbox>
        </w:sdtPr>
        <w:sdtContent>
          <w:r w:rsidR="0037039D">
            <w:t>☐</w:t>
          </w:r>
        </w:sdtContent>
      </w:sdt>
      <w:r w:rsidR="0037039D">
        <w:t xml:space="preserve">  Flat/project rate      </w:t>
      </w:r>
      <w:sdt>
        <w:sdtPr>
          <w:alias w:val="CB_OTHER_PAY"/>
          <w:tag w:val="CB_OTHER_PAY"/>
          <w:id w:val="-918709361"/>
          <w14:checkbox>
            <w14:checked w14:val="0"/>
            <w14:checkedState w14:val="2612" w14:font="MS Gothic"/>
            <w14:uncheckedState w14:val="2610" w14:font="MS Gothic"/>
          </w14:checkbox>
        </w:sdtPr>
        <w:sdtContent>
          <w:r w:rsidR="0037039D">
            <w:t>☐</w:t>
          </w:r>
        </w:sdtContent>
      </w:sdt>
      <w:r w:rsidR="0037039D">
        <w:t xml:space="preserve">  Other</w:t>
      </w:r>
    </w:p>
    <w:tbl>
      <w:tblPr>
        <w:tblW w:w="0" w:type="auto"/>
        <w:jc w:val="center"/>
        <w:tblLayout w:type="fixed"/>
        <w:tblLook w:val="04A0" w:firstRow="1" w:lastRow="0" w:firstColumn="1" w:lastColumn="0" w:noHBand="0" w:noVBand="1"/>
      </w:tblPr>
      <w:tblGrid>
        <w:gridCol w:w="5083"/>
        <w:gridCol w:w="5083"/>
      </w:tblGrid>
      <w:tr w:rsidR="0037039D" w14:paraId="41EB4FAD" w14:textId="77777777" w:rsidTr="00FE0598">
        <w:trPr>
          <w:jc w:val="center"/>
        </w:trPr>
        <w:tc>
          <w:tcPr>
            <w:tcW w:w="5083" w:type="dxa"/>
            <w:shd w:val="clear" w:color="auto" w:fill="EAF0F8"/>
            <w:tcMar>
              <w:top w:w="55" w:type="dxa"/>
              <w:left w:w="90" w:type="dxa"/>
              <w:bottom w:w="55" w:type="dxa"/>
              <w:right w:w="90" w:type="dxa"/>
            </w:tcMar>
          </w:tcPr>
          <w:p w14:paraId="2FF03781" w14:textId="77777777" w:rsidR="0037039D" w:rsidRDefault="0037039D" w:rsidP="00FE0598">
            <w:r>
              <w:rPr>
                <w:b/>
              </w:rPr>
              <w:t>Anticipated pay or pay range:</w:t>
            </w:r>
          </w:p>
        </w:tc>
        <w:tc>
          <w:tcPr>
            <w:tcW w:w="5083" w:type="dxa"/>
            <w:tcMar>
              <w:top w:w="55" w:type="dxa"/>
              <w:left w:w="90" w:type="dxa"/>
              <w:bottom w:w="55" w:type="dxa"/>
              <w:right w:w="90" w:type="dxa"/>
            </w:tcMar>
          </w:tcPr>
          <w:p w14:paraId="2D8E29EE" w14:textId="77777777" w:rsidR="0037039D" w:rsidRDefault="00000000" w:rsidP="00FE0598">
            <w:sdt>
              <w:sdtPr>
                <w:alias w:val="PAY_RANGE"/>
                <w:tag w:val="PAY_RANGE"/>
                <w:id w:val="682935512"/>
                <w:text/>
              </w:sdtPr>
              <w:sdtContent>
                <w:r w:rsidR="0037039D">
                  <w:rPr>
                    <w:color w:val="777777"/>
                  </w:rPr>
                  <w:t>Click or tap here to enter text.</w:t>
                </w:r>
              </w:sdtContent>
            </w:sdt>
          </w:p>
        </w:tc>
      </w:tr>
    </w:tbl>
    <w:p w14:paraId="290C0754" w14:textId="23C99CBA" w:rsidR="0037039D" w:rsidRDefault="0037039D" w:rsidP="0037039D">
      <w:pPr>
        <w:spacing w:before="40"/>
      </w:pPr>
      <w:r>
        <w:rPr>
          <w:i/>
          <w:color w:val="555555"/>
          <w:sz w:val="17"/>
        </w:rPr>
        <w:t>If you are unsure of an exact amount, please provide a reasonable low and high estimate based on the student's experience and the scope of the project. Current video production rates and your organization's available budget may be helpful in determining appropriate compensation.</w:t>
      </w:r>
    </w:p>
    <w:p w14:paraId="6C7793E8" w14:textId="049A2863" w:rsidR="00D44AD1" w:rsidRDefault="00000000">
      <w:pPr>
        <w:pStyle w:val="FormSection"/>
        <w:keepNext/>
        <w:pBdr>
          <w:bottom w:val="single" w:sz="10" w:space="2" w:color="003087"/>
        </w:pBdr>
      </w:pPr>
      <w:r>
        <w:t>PROJECT INFORMATION</w:t>
      </w:r>
    </w:p>
    <w:p w14:paraId="427215D4" w14:textId="77777777" w:rsidR="00D44AD1" w:rsidRDefault="00000000">
      <w:pPr>
        <w:spacing w:before="40" w:after="20"/>
      </w:pPr>
      <w:r>
        <w:rPr>
          <w:b/>
        </w:rPr>
        <w:t>Briefly describe the project or work you are requesting.</w:t>
      </w:r>
    </w:p>
    <w:tbl>
      <w:tblPr>
        <w:tblW w:w="0" w:type="auto"/>
        <w:jc w:val="center"/>
        <w:tblLayout w:type="fixed"/>
        <w:tblLook w:val="04A0" w:firstRow="1" w:lastRow="0" w:firstColumn="1" w:lastColumn="0" w:noHBand="0" w:noVBand="1"/>
      </w:tblPr>
      <w:tblGrid>
        <w:gridCol w:w="9936"/>
      </w:tblGrid>
      <w:tr w:rsidR="00D44AD1" w14:paraId="2B99B2D5" w14:textId="77777777">
        <w:trPr>
          <w:trHeight w:val="700"/>
          <w:jc w:val="center"/>
        </w:trPr>
        <w:tc>
          <w:tcPr>
            <w:tcW w:w="9936" w:type="dxa"/>
            <w:shd w:val="clear" w:color="auto" w:fill="F7F9FC"/>
            <w:tcMar>
              <w:top w:w="110" w:type="dxa"/>
              <w:left w:w="110" w:type="dxa"/>
              <w:bottom w:w="110" w:type="dxa"/>
              <w:right w:w="110" w:type="dxa"/>
            </w:tcMar>
          </w:tcPr>
          <w:p w14:paraId="2DBC4B18" w14:textId="77777777" w:rsidR="00D44AD1" w:rsidRDefault="00000000">
            <w:pPr>
              <w:spacing w:after="0"/>
            </w:pPr>
            <w:sdt>
              <w:sdtPr>
                <w:alias w:val="PROJECT_DESCRIPTION"/>
                <w:tag w:val="PROJECT_DESCRIPTION"/>
                <w:id w:val="665751354"/>
                <w:text/>
              </w:sdtPr>
              <w:sdtContent>
                <w:r>
                  <w:rPr>
                    <w:color w:val="777777"/>
                  </w:rPr>
                  <w:t>Click or tap here to enter text.</w:t>
                </w:r>
              </w:sdtContent>
            </w:sdt>
          </w:p>
        </w:tc>
      </w:tr>
    </w:tbl>
    <w:p w14:paraId="426E6A6C" w14:textId="77777777" w:rsidR="00D44AD1" w:rsidRDefault="00000000">
      <w:pPr>
        <w:spacing w:before="60" w:after="40"/>
      </w:pPr>
      <w:r>
        <w:rPr>
          <w:b/>
        </w:rPr>
        <w:t>What aspects of the project would you like the student(s) to handle?</w:t>
      </w:r>
      <w:r>
        <w:rPr>
          <w:i/>
          <w:color w:val="555555"/>
          <w:sz w:val="18"/>
        </w:rPr>
        <w:br/>
        <w:t>Select all that apply. Production may include camera, lighting, and sound; post-production may include editing and finalizing the project.</w:t>
      </w:r>
    </w:p>
    <w:p w14:paraId="20F5914B" w14:textId="77777777" w:rsidR="00D44AD1" w:rsidRDefault="00000000">
      <w:pPr>
        <w:spacing w:after="60"/>
      </w:pPr>
      <w:sdt>
        <w:sdtPr>
          <w:alias w:val="CB_PRODUCTION"/>
          <w:tag w:val="CB_PRODUCTION"/>
          <w:id w:val="-72749899"/>
          <w14:checkbox>
            <w14:checked w14:val="0"/>
            <w14:checkedState w14:val="2612" w14:font="MS Gothic"/>
            <w14:uncheckedState w14:val="2610" w14:font="MS Gothic"/>
          </w14:checkbox>
        </w:sdtPr>
        <w:sdtContent>
          <w:r>
            <w:t>☐</w:t>
          </w:r>
        </w:sdtContent>
      </w:sdt>
      <w:r>
        <w:t xml:space="preserve">  Production      </w:t>
      </w:r>
      <w:sdt>
        <w:sdtPr>
          <w:alias w:val="CB_POST"/>
          <w:tag w:val="CB_POST"/>
          <w:id w:val="1534452019"/>
          <w14:checkbox>
            <w14:checked w14:val="0"/>
            <w14:checkedState w14:val="2612" w14:font="MS Gothic"/>
            <w14:uncheckedState w14:val="2610" w14:font="MS Gothic"/>
          </w14:checkbox>
        </w:sdtPr>
        <w:sdtContent>
          <w:r>
            <w:t>☐</w:t>
          </w:r>
        </w:sdtContent>
      </w:sdt>
      <w:r>
        <w:t xml:space="preserve">  Post-production      </w:t>
      </w:r>
      <w:sdt>
        <w:sdtPr>
          <w:alias w:val="CB_BOTH"/>
          <w:tag w:val="CB_BOTH"/>
          <w:id w:val="250007256"/>
          <w14:checkbox>
            <w14:checked w14:val="0"/>
            <w14:checkedState w14:val="2612" w14:font="MS Gothic"/>
            <w14:uncheckedState w14:val="2610" w14:font="MS Gothic"/>
          </w14:checkbox>
        </w:sdtPr>
        <w:sdtContent>
          <w:r>
            <w:t>☐</w:t>
          </w:r>
        </w:sdtContent>
      </w:sdt>
      <w:r>
        <w:t xml:space="preserve">  Both</w:t>
      </w:r>
    </w:p>
    <w:p w14:paraId="07D3BED8" w14:textId="77777777" w:rsidR="00D44AD1" w:rsidRDefault="00000000">
      <w:pPr>
        <w:spacing w:before="40" w:after="20"/>
      </w:pPr>
      <w:r>
        <w:rPr>
          <w:b/>
        </w:rPr>
        <w:t>Additional details about the work students will be expected to perform:</w:t>
      </w:r>
    </w:p>
    <w:tbl>
      <w:tblPr>
        <w:tblW w:w="0" w:type="auto"/>
        <w:jc w:val="center"/>
        <w:tblLayout w:type="fixed"/>
        <w:tblLook w:val="04A0" w:firstRow="1" w:lastRow="0" w:firstColumn="1" w:lastColumn="0" w:noHBand="0" w:noVBand="1"/>
      </w:tblPr>
      <w:tblGrid>
        <w:gridCol w:w="9936"/>
      </w:tblGrid>
      <w:tr w:rsidR="00D44AD1" w14:paraId="6606CBCD" w14:textId="77777777">
        <w:trPr>
          <w:trHeight w:val="700"/>
          <w:jc w:val="center"/>
        </w:trPr>
        <w:tc>
          <w:tcPr>
            <w:tcW w:w="9936" w:type="dxa"/>
            <w:shd w:val="clear" w:color="auto" w:fill="F7F9FC"/>
            <w:tcMar>
              <w:top w:w="110" w:type="dxa"/>
              <w:left w:w="110" w:type="dxa"/>
              <w:bottom w:w="110" w:type="dxa"/>
              <w:right w:w="110" w:type="dxa"/>
            </w:tcMar>
          </w:tcPr>
          <w:p w14:paraId="614D1AB7" w14:textId="77777777" w:rsidR="00D44AD1" w:rsidRDefault="00000000">
            <w:pPr>
              <w:spacing w:after="0"/>
            </w:pPr>
            <w:sdt>
              <w:sdtPr>
                <w:alias w:val="WORK_DETAILS"/>
                <w:tag w:val="WORK_DETAILS"/>
                <w:id w:val="-1542966702"/>
                <w:text/>
              </w:sdtPr>
              <w:sdtContent>
                <w:r>
                  <w:rPr>
                    <w:color w:val="777777"/>
                  </w:rPr>
                  <w:t>Click or tap here to enter text.</w:t>
                </w:r>
              </w:sdtContent>
            </w:sdt>
          </w:p>
        </w:tc>
      </w:tr>
    </w:tbl>
    <w:p w14:paraId="2DC551D6" w14:textId="77777777" w:rsidR="00D44AD1" w:rsidRDefault="00000000">
      <w:pPr>
        <w:pStyle w:val="FormSection"/>
        <w:keepNext/>
        <w:pBdr>
          <w:bottom w:val="single" w:sz="10" w:space="2" w:color="003087"/>
        </w:pBdr>
      </w:pPr>
      <w:r>
        <w:t>EQUIPMENT</w:t>
      </w:r>
    </w:p>
    <w:p w14:paraId="05E15AD5" w14:textId="77777777" w:rsidR="00D44AD1" w:rsidRDefault="00000000">
      <w:pPr>
        <w:spacing w:after="40"/>
      </w:pPr>
      <w:r>
        <w:rPr>
          <w:b/>
        </w:rPr>
        <w:t>Do you or your company/organization have access to production and/or post-production equipment?</w:t>
      </w:r>
    </w:p>
    <w:p w14:paraId="316659EC" w14:textId="77777777" w:rsidR="00D44AD1" w:rsidRDefault="00000000">
      <w:pPr>
        <w:spacing w:after="60"/>
      </w:pPr>
      <w:sdt>
        <w:sdtPr>
          <w:alias w:val="CB_EQUIP_YES"/>
          <w:tag w:val="CB_EQUIP_YES"/>
          <w:id w:val="-1003200153"/>
          <w14:checkbox>
            <w14:checked w14:val="0"/>
            <w14:checkedState w14:val="2612" w14:font="MS Gothic"/>
            <w14:uncheckedState w14:val="2610" w14:font="MS Gothic"/>
          </w14:checkbox>
        </w:sdtPr>
        <w:sdtContent>
          <w:r>
            <w:t>☐</w:t>
          </w:r>
        </w:sdtContent>
      </w:sdt>
      <w:r>
        <w:t xml:space="preserve">  Yes      </w:t>
      </w:r>
      <w:sdt>
        <w:sdtPr>
          <w:alias w:val="CB_EQUIP_NO"/>
          <w:tag w:val="CB_EQUIP_NO"/>
          <w:id w:val="-61343072"/>
          <w14:checkbox>
            <w14:checked w14:val="0"/>
            <w14:checkedState w14:val="2612" w14:font="MS Gothic"/>
            <w14:uncheckedState w14:val="2610" w14:font="MS Gothic"/>
          </w14:checkbox>
        </w:sdtPr>
        <w:sdtContent>
          <w:r>
            <w:t>☐</w:t>
          </w:r>
        </w:sdtContent>
      </w:sdt>
      <w:r>
        <w:t xml:space="preserve">  No</w:t>
      </w:r>
    </w:p>
    <w:p w14:paraId="3E948395" w14:textId="77777777" w:rsidR="00D44AD1" w:rsidRDefault="00000000">
      <w:pPr>
        <w:spacing w:before="40" w:after="20"/>
      </w:pPr>
      <w:r>
        <w:rPr>
          <w:b/>
        </w:rPr>
        <w:t>If yes, please list the equipment available for use:</w:t>
      </w:r>
    </w:p>
    <w:tbl>
      <w:tblPr>
        <w:tblW w:w="0" w:type="auto"/>
        <w:jc w:val="center"/>
        <w:tblLayout w:type="fixed"/>
        <w:tblLook w:val="04A0" w:firstRow="1" w:lastRow="0" w:firstColumn="1" w:lastColumn="0" w:noHBand="0" w:noVBand="1"/>
      </w:tblPr>
      <w:tblGrid>
        <w:gridCol w:w="9936"/>
      </w:tblGrid>
      <w:tr w:rsidR="00D44AD1" w14:paraId="33EAD06A" w14:textId="77777777">
        <w:trPr>
          <w:trHeight w:val="700"/>
          <w:jc w:val="center"/>
        </w:trPr>
        <w:tc>
          <w:tcPr>
            <w:tcW w:w="9936" w:type="dxa"/>
            <w:shd w:val="clear" w:color="auto" w:fill="F7F9FC"/>
            <w:tcMar>
              <w:top w:w="110" w:type="dxa"/>
              <w:left w:w="110" w:type="dxa"/>
              <w:bottom w:w="110" w:type="dxa"/>
              <w:right w:w="110" w:type="dxa"/>
            </w:tcMar>
          </w:tcPr>
          <w:p w14:paraId="6288C497" w14:textId="77777777" w:rsidR="00D44AD1" w:rsidRDefault="00000000">
            <w:pPr>
              <w:spacing w:after="0"/>
            </w:pPr>
            <w:sdt>
              <w:sdtPr>
                <w:alias w:val="EQUIPMENT_LIST"/>
                <w:tag w:val="EQUIPMENT_LIST"/>
                <w:id w:val="1025680236"/>
                <w:text/>
              </w:sdtPr>
              <w:sdtContent>
                <w:r>
                  <w:rPr>
                    <w:color w:val="777777"/>
                  </w:rPr>
                  <w:t>Click or tap here to enter text.</w:t>
                </w:r>
              </w:sdtContent>
            </w:sdt>
          </w:p>
        </w:tc>
      </w:tr>
    </w:tbl>
    <w:p w14:paraId="524A3A23" w14:textId="77777777" w:rsidR="00D44AD1" w:rsidRDefault="00000000">
      <w:pPr>
        <w:spacing w:before="40"/>
      </w:pPr>
      <w:r>
        <w:rPr>
          <w:b/>
          <w:color w:val="555555"/>
          <w:sz w:val="17"/>
        </w:rPr>
        <w:t xml:space="preserve">Please note: </w:t>
      </w:r>
      <w:r>
        <w:rPr>
          <w:i/>
          <w:color w:val="555555"/>
          <w:sz w:val="17"/>
        </w:rPr>
        <w:t>Most students do not personally own all equipment necessary to complete a full-scale production. Depending on the scope of the project, additional equipment may need to be rented from a professional equipment rental company.</w:t>
      </w:r>
    </w:p>
    <w:p w14:paraId="5318B052" w14:textId="2E1084B7" w:rsidR="00D44AD1" w:rsidRDefault="00000000" w:rsidP="002D0B0B">
      <w:pPr>
        <w:pStyle w:val="FormSection"/>
        <w:keepNext/>
        <w:pBdr>
          <w:bottom w:val="single" w:sz="10" w:space="2" w:color="003087"/>
        </w:pBdr>
      </w:pPr>
      <w:r>
        <w:t>DATES &amp; PROJECT DURATION</w:t>
      </w:r>
    </w:p>
    <w:tbl>
      <w:tblPr>
        <w:tblW w:w="0" w:type="auto"/>
        <w:jc w:val="center"/>
        <w:tblLayout w:type="fixed"/>
        <w:tblLook w:val="04A0" w:firstRow="1" w:lastRow="0" w:firstColumn="1" w:lastColumn="0" w:noHBand="0" w:noVBand="1"/>
      </w:tblPr>
      <w:tblGrid>
        <w:gridCol w:w="5083"/>
        <w:gridCol w:w="5083"/>
      </w:tblGrid>
      <w:tr w:rsidR="00D44AD1" w14:paraId="60A27D22" w14:textId="77777777">
        <w:trPr>
          <w:jc w:val="center"/>
        </w:trPr>
        <w:tc>
          <w:tcPr>
            <w:tcW w:w="5083" w:type="dxa"/>
            <w:shd w:val="clear" w:color="auto" w:fill="EAF0F8"/>
            <w:tcMar>
              <w:top w:w="55" w:type="dxa"/>
              <w:left w:w="90" w:type="dxa"/>
              <w:bottom w:w="55" w:type="dxa"/>
              <w:right w:w="90" w:type="dxa"/>
            </w:tcMar>
          </w:tcPr>
          <w:p w14:paraId="75312010" w14:textId="77777777" w:rsidR="00D44AD1" w:rsidRDefault="00000000">
            <w:r>
              <w:rPr>
                <w:b/>
              </w:rPr>
              <w:t>Requested date(s) of work:</w:t>
            </w:r>
          </w:p>
        </w:tc>
        <w:tc>
          <w:tcPr>
            <w:tcW w:w="5083" w:type="dxa"/>
            <w:tcMar>
              <w:top w:w="55" w:type="dxa"/>
              <w:left w:w="90" w:type="dxa"/>
              <w:bottom w:w="55" w:type="dxa"/>
              <w:right w:w="90" w:type="dxa"/>
            </w:tcMar>
          </w:tcPr>
          <w:p w14:paraId="78A803B0" w14:textId="77777777" w:rsidR="00D44AD1" w:rsidRDefault="00000000">
            <w:sdt>
              <w:sdtPr>
                <w:alias w:val="DATES"/>
                <w:tag w:val="DATES"/>
                <w:id w:val="-1196692116"/>
                <w:text/>
              </w:sdtPr>
              <w:sdtContent>
                <w:r>
                  <w:rPr>
                    <w:color w:val="777777"/>
                  </w:rPr>
                  <w:t>Click or tap here to enter text.</w:t>
                </w:r>
              </w:sdtContent>
            </w:sdt>
          </w:p>
        </w:tc>
      </w:tr>
    </w:tbl>
    <w:p w14:paraId="54A7677A" w14:textId="77777777" w:rsidR="00D44AD1" w:rsidRDefault="00000000">
      <w:pPr>
        <w:spacing w:after="40"/>
      </w:pPr>
      <w:r>
        <w:rPr>
          <w:b/>
        </w:rPr>
        <w:t>This opportunity is:</w:t>
      </w:r>
    </w:p>
    <w:p w14:paraId="3539A344" w14:textId="77777777" w:rsidR="00D44AD1" w:rsidRDefault="00000000">
      <w:pPr>
        <w:spacing w:after="60"/>
      </w:pPr>
      <w:sdt>
        <w:sdtPr>
          <w:alias w:val="CB_SPECIFIC"/>
          <w:tag w:val="CB_SPECIFIC"/>
          <w:id w:val="-1217593800"/>
          <w14:checkbox>
            <w14:checked w14:val="0"/>
            <w14:checkedState w14:val="2612" w14:font="MS Gothic"/>
            <w14:uncheckedState w14:val="2610" w14:font="MS Gothic"/>
          </w14:checkbox>
        </w:sdtPr>
        <w:sdtContent>
          <w:r>
            <w:t>☐</w:t>
          </w:r>
        </w:sdtContent>
      </w:sdt>
      <w:r>
        <w:t xml:space="preserve">  Limited to specific dates      </w:t>
      </w:r>
      <w:sdt>
        <w:sdtPr>
          <w:alias w:val="CB_ONGOING"/>
          <w:tag w:val="CB_ONGOING"/>
          <w:id w:val="394553287"/>
          <w14:checkbox>
            <w14:checked w14:val="0"/>
            <w14:checkedState w14:val="2612" w14:font="MS Gothic"/>
            <w14:uncheckedState w14:val="2610" w14:font="MS Gothic"/>
          </w14:checkbox>
        </w:sdtPr>
        <w:sdtContent>
          <w:r>
            <w:t>☐</w:t>
          </w:r>
        </w:sdtContent>
      </w:sdt>
      <w:r>
        <w:t xml:space="preserve">  Potentially ongoing      </w:t>
      </w:r>
      <w:sdt>
        <w:sdtPr>
          <w:alias w:val="CB_FLEX"/>
          <w:tag w:val="CB_FLEX"/>
          <w:id w:val="-1566561831"/>
          <w14:checkbox>
            <w14:checked w14:val="0"/>
            <w14:checkedState w14:val="2612" w14:font="MS Gothic"/>
            <w14:uncheckedState w14:val="2610" w14:font="MS Gothic"/>
          </w14:checkbox>
        </w:sdtPr>
        <w:sdtContent>
          <w:r>
            <w:t>☐</w:t>
          </w:r>
        </w:sdtContent>
      </w:sdt>
      <w:r>
        <w:t xml:space="preserve">  Flexible / To be determined</w:t>
      </w:r>
    </w:p>
    <w:p w14:paraId="7F392969" w14:textId="77777777" w:rsidR="00D44AD1" w:rsidRDefault="00000000">
      <w:pPr>
        <w:spacing w:before="40" w:after="20"/>
      </w:pPr>
      <w:r>
        <w:rPr>
          <w:b/>
        </w:rPr>
        <w:t>If ongoing or flexible, please provide additional scheduling details:</w:t>
      </w:r>
    </w:p>
    <w:tbl>
      <w:tblPr>
        <w:tblW w:w="0" w:type="auto"/>
        <w:jc w:val="center"/>
        <w:tblLayout w:type="fixed"/>
        <w:tblLook w:val="04A0" w:firstRow="1" w:lastRow="0" w:firstColumn="1" w:lastColumn="0" w:noHBand="0" w:noVBand="1"/>
      </w:tblPr>
      <w:tblGrid>
        <w:gridCol w:w="9936"/>
      </w:tblGrid>
      <w:tr w:rsidR="00D44AD1" w14:paraId="68507137" w14:textId="77777777">
        <w:trPr>
          <w:trHeight w:val="700"/>
          <w:jc w:val="center"/>
        </w:trPr>
        <w:tc>
          <w:tcPr>
            <w:tcW w:w="9936" w:type="dxa"/>
            <w:shd w:val="clear" w:color="auto" w:fill="F7F9FC"/>
            <w:tcMar>
              <w:top w:w="110" w:type="dxa"/>
              <w:left w:w="110" w:type="dxa"/>
              <w:bottom w:w="110" w:type="dxa"/>
              <w:right w:w="110" w:type="dxa"/>
            </w:tcMar>
          </w:tcPr>
          <w:p w14:paraId="4EF6ACCF" w14:textId="77777777" w:rsidR="00D44AD1" w:rsidRDefault="00000000">
            <w:pPr>
              <w:spacing w:after="0"/>
            </w:pPr>
            <w:sdt>
              <w:sdtPr>
                <w:alias w:val="SCHEDULING_DETAILS"/>
                <w:tag w:val="SCHEDULING_DETAILS"/>
                <w:id w:val="-940070169"/>
                <w:text/>
              </w:sdtPr>
              <w:sdtContent>
                <w:r>
                  <w:rPr>
                    <w:color w:val="777777"/>
                  </w:rPr>
                  <w:t>Click or tap here to enter text.</w:t>
                </w:r>
              </w:sdtContent>
            </w:sdt>
          </w:p>
        </w:tc>
      </w:tr>
    </w:tbl>
    <w:p w14:paraId="3A2E33C1" w14:textId="77777777" w:rsidR="00D44AD1" w:rsidRDefault="00000000">
      <w:pPr>
        <w:pStyle w:val="FormSection"/>
        <w:keepNext/>
        <w:pBdr>
          <w:bottom w:val="single" w:sz="10" w:space="2" w:color="003087"/>
        </w:pBdr>
      </w:pPr>
      <w:r>
        <w:t>APPLICATION MATERIALS</w:t>
      </w:r>
    </w:p>
    <w:p w14:paraId="19845340" w14:textId="77777777" w:rsidR="00D44AD1" w:rsidRDefault="00000000">
      <w:pPr>
        <w:spacing w:after="20"/>
      </w:pPr>
      <w:r>
        <w:rPr>
          <w:b/>
        </w:rPr>
        <w:t>If interested students contact you, what additional materials would you like them to provide?</w:t>
      </w:r>
      <w:r>
        <w:rPr>
          <w:i/>
          <w:color w:val="555555"/>
          <w:sz w:val="18"/>
        </w:rPr>
        <w:br/>
        <w:t>Select all that apply.</w:t>
      </w:r>
    </w:p>
    <w:p w14:paraId="047A7374" w14:textId="77777777" w:rsidR="00D44AD1" w:rsidRDefault="00000000">
      <w:pPr>
        <w:spacing w:after="60"/>
      </w:pPr>
      <w:sdt>
        <w:sdtPr>
          <w:alias w:val="CB_RESUME"/>
          <w:tag w:val="CB_RESUME"/>
          <w:id w:val="-74516320"/>
          <w14:checkbox>
            <w14:checked w14:val="0"/>
            <w14:checkedState w14:val="2612" w14:font="MS Gothic"/>
            <w14:uncheckedState w14:val="2610" w14:font="MS Gothic"/>
          </w14:checkbox>
        </w:sdtPr>
        <w:sdtContent>
          <w:r>
            <w:t>☐</w:t>
          </w:r>
        </w:sdtContent>
      </w:sdt>
      <w:r>
        <w:t xml:space="preserve">  Resume      </w:t>
      </w:r>
      <w:sdt>
        <w:sdtPr>
          <w:alias w:val="CB_PORTFOLIO"/>
          <w:tag w:val="CB_PORTFOLIO"/>
          <w:id w:val="-1880855301"/>
          <w14:checkbox>
            <w14:checked w14:val="0"/>
            <w14:checkedState w14:val="2612" w14:font="MS Gothic"/>
            <w14:uncheckedState w14:val="2610" w14:font="MS Gothic"/>
          </w14:checkbox>
        </w:sdtPr>
        <w:sdtContent>
          <w:r>
            <w:t>☐</w:t>
          </w:r>
        </w:sdtContent>
      </w:sdt>
      <w:r>
        <w:t xml:space="preserve">  Work samples/portfolio      </w:t>
      </w:r>
      <w:sdt>
        <w:sdtPr>
          <w:alias w:val="CB_REEL"/>
          <w:tag w:val="CB_REEL"/>
          <w:id w:val="893010799"/>
          <w14:checkbox>
            <w14:checked w14:val="0"/>
            <w14:checkedState w14:val="2612" w14:font="MS Gothic"/>
            <w14:uncheckedState w14:val="2610" w14:font="MS Gothic"/>
          </w14:checkbox>
        </w:sdtPr>
        <w:sdtContent>
          <w:r>
            <w:t>☐</w:t>
          </w:r>
        </w:sdtContent>
      </w:sdt>
      <w:r>
        <w:t xml:space="preserve">  Demo reel</w:t>
      </w:r>
    </w:p>
    <w:p w14:paraId="68ABDB44" w14:textId="77777777" w:rsidR="00D44AD1" w:rsidRDefault="00000000">
      <w:pPr>
        <w:spacing w:after="60"/>
      </w:pPr>
      <w:sdt>
        <w:sdtPr>
          <w:alias w:val="CB_REFERENCES"/>
          <w:tag w:val="CB_REFERENCES"/>
          <w:id w:val="1218250382"/>
          <w14:checkbox>
            <w14:checked w14:val="0"/>
            <w14:checkedState w14:val="2612" w14:font="MS Gothic"/>
            <w14:uncheckedState w14:val="2610" w14:font="MS Gothic"/>
          </w14:checkbox>
        </w:sdtPr>
        <w:sdtContent>
          <w:r>
            <w:t>☐</w:t>
          </w:r>
        </w:sdtContent>
      </w:sdt>
      <w:r>
        <w:t xml:space="preserve">  References      </w:t>
      </w:r>
      <w:sdt>
        <w:sdtPr>
          <w:alias w:val="CB_OTHER_MAT"/>
          <w:tag w:val="CB_OTHER_MAT"/>
          <w:id w:val="-1250808086"/>
          <w14:checkbox>
            <w14:checked w14:val="0"/>
            <w14:checkedState w14:val="2612" w14:font="MS Gothic"/>
            <w14:uncheckedState w14:val="2610" w14:font="MS Gothic"/>
          </w14:checkbox>
        </w:sdtPr>
        <w:sdtContent>
          <w:r>
            <w:t>☐</w:t>
          </w:r>
        </w:sdtContent>
      </w:sdt>
      <w:r>
        <w:t xml:space="preserve">  Other      </w:t>
      </w:r>
      <w:sdt>
        <w:sdtPr>
          <w:alias w:val="CB_NONE"/>
          <w:tag w:val="CB_NONE"/>
          <w:id w:val="203750289"/>
          <w14:checkbox>
            <w14:checked w14:val="0"/>
            <w14:checkedState w14:val="2612" w14:font="MS Gothic"/>
            <w14:uncheckedState w14:val="2610" w14:font="MS Gothic"/>
          </w14:checkbox>
        </w:sdtPr>
        <w:sdtContent>
          <w:r>
            <w:t>☐</w:t>
          </w:r>
        </w:sdtContent>
      </w:sdt>
      <w:r>
        <w:t xml:space="preserve">  No additional materials required</w:t>
      </w:r>
    </w:p>
    <w:p w14:paraId="2407AD66" w14:textId="77777777" w:rsidR="00D44AD1" w:rsidRDefault="00000000">
      <w:pPr>
        <w:spacing w:before="40" w:after="20"/>
      </w:pPr>
      <w:r>
        <w:rPr>
          <w:b/>
        </w:rPr>
        <w:t>Additional information or instructions for interested students:</w:t>
      </w:r>
    </w:p>
    <w:tbl>
      <w:tblPr>
        <w:tblW w:w="0" w:type="auto"/>
        <w:jc w:val="center"/>
        <w:tblLayout w:type="fixed"/>
        <w:tblLook w:val="04A0" w:firstRow="1" w:lastRow="0" w:firstColumn="1" w:lastColumn="0" w:noHBand="0" w:noVBand="1"/>
      </w:tblPr>
      <w:tblGrid>
        <w:gridCol w:w="9936"/>
      </w:tblGrid>
      <w:tr w:rsidR="00D44AD1" w14:paraId="28C0570A" w14:textId="77777777">
        <w:trPr>
          <w:trHeight w:val="700"/>
          <w:jc w:val="center"/>
        </w:trPr>
        <w:tc>
          <w:tcPr>
            <w:tcW w:w="9936" w:type="dxa"/>
            <w:shd w:val="clear" w:color="auto" w:fill="F7F9FC"/>
            <w:tcMar>
              <w:top w:w="110" w:type="dxa"/>
              <w:left w:w="110" w:type="dxa"/>
              <w:bottom w:w="110" w:type="dxa"/>
              <w:right w:w="110" w:type="dxa"/>
            </w:tcMar>
          </w:tcPr>
          <w:p w14:paraId="5593F8E5" w14:textId="77777777" w:rsidR="00D44AD1" w:rsidRDefault="00000000">
            <w:pPr>
              <w:spacing w:after="0"/>
            </w:pPr>
            <w:sdt>
              <w:sdtPr>
                <w:alias w:val="ADDITIONAL_INFO"/>
                <w:tag w:val="ADDITIONAL_INFO"/>
                <w:id w:val="1433016099"/>
                <w:text/>
              </w:sdtPr>
              <w:sdtContent>
                <w:r>
                  <w:rPr>
                    <w:color w:val="777777"/>
                  </w:rPr>
                  <w:t>Click or tap here to enter text.</w:t>
                </w:r>
              </w:sdtContent>
            </w:sdt>
          </w:p>
        </w:tc>
      </w:tr>
    </w:tbl>
    <w:p w14:paraId="75D7D90C" w14:textId="77777777" w:rsidR="00D44AD1" w:rsidRDefault="00000000">
      <w:pPr>
        <w:spacing w:before="140" w:after="0"/>
        <w:jc w:val="center"/>
      </w:pPr>
      <w:r>
        <w:rPr>
          <w:b/>
          <w:color w:val="003087"/>
          <w:sz w:val="18"/>
        </w:rPr>
        <w:t>SUBMIT COMPLETED FORMS TO</w:t>
      </w:r>
    </w:p>
    <w:p w14:paraId="74AE86F6" w14:textId="77777777" w:rsidR="00D44AD1" w:rsidRDefault="00000000">
      <w:pPr>
        <w:spacing w:after="0"/>
        <w:jc w:val="center"/>
      </w:pPr>
      <w:r>
        <w:rPr>
          <w:b/>
        </w:rPr>
        <w:t>Department of Communication and Film  |  commdept@memphis.edu</w:t>
      </w:r>
    </w:p>
    <w:sectPr w:rsidR="00D44AD1" w:rsidSect="00034616">
      <w:footerReference w:type="default" r:id="rId8"/>
      <w:pgSz w:w="12240" w:h="15840"/>
      <w:pgMar w:top="792" w:right="1037" w:bottom="792"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D81D4" w14:textId="77777777" w:rsidR="00C86127" w:rsidRDefault="00C86127">
      <w:pPr>
        <w:spacing w:after="0" w:line="240" w:lineRule="auto"/>
      </w:pPr>
      <w:r>
        <w:separator/>
      </w:r>
    </w:p>
  </w:endnote>
  <w:endnote w:type="continuationSeparator" w:id="0">
    <w:p w14:paraId="7998014D" w14:textId="77777777" w:rsidR="00C86127" w:rsidRDefault="00C86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B785" w14:textId="77777777" w:rsidR="00D44AD1" w:rsidRDefault="00000000">
    <w:pPr>
      <w:pStyle w:val="Footer"/>
      <w:jc w:val="center"/>
    </w:pPr>
    <w:r>
      <w:rPr>
        <w:color w:val="777777"/>
        <w:sz w:val="16"/>
      </w:rPr>
      <w:t>University of Memphis • Film and Video Production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80FC5" w14:textId="77777777" w:rsidR="00C86127" w:rsidRDefault="00C86127">
      <w:pPr>
        <w:spacing w:after="0" w:line="240" w:lineRule="auto"/>
      </w:pPr>
      <w:r>
        <w:separator/>
      </w:r>
    </w:p>
  </w:footnote>
  <w:footnote w:type="continuationSeparator" w:id="0">
    <w:p w14:paraId="03DAAC57" w14:textId="77777777" w:rsidR="00C86127" w:rsidRDefault="00C861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7231950">
    <w:abstractNumId w:val="8"/>
  </w:num>
  <w:num w:numId="2" w16cid:durableId="2139562434">
    <w:abstractNumId w:val="6"/>
  </w:num>
  <w:num w:numId="3" w16cid:durableId="768431039">
    <w:abstractNumId w:val="5"/>
  </w:num>
  <w:num w:numId="4" w16cid:durableId="658003427">
    <w:abstractNumId w:val="4"/>
  </w:num>
  <w:num w:numId="5" w16cid:durableId="1370184843">
    <w:abstractNumId w:val="7"/>
  </w:num>
  <w:num w:numId="6" w16cid:durableId="1163547219">
    <w:abstractNumId w:val="3"/>
  </w:num>
  <w:num w:numId="7" w16cid:durableId="2133359725">
    <w:abstractNumId w:val="2"/>
  </w:num>
  <w:num w:numId="8" w16cid:durableId="2080470258">
    <w:abstractNumId w:val="1"/>
  </w:num>
  <w:num w:numId="9" w16cid:durableId="1729959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73D69"/>
    <w:rsid w:val="0029639D"/>
    <w:rsid w:val="002D0B0B"/>
    <w:rsid w:val="00326F90"/>
    <w:rsid w:val="0037039D"/>
    <w:rsid w:val="00790C60"/>
    <w:rsid w:val="007D5100"/>
    <w:rsid w:val="008F75F1"/>
    <w:rsid w:val="00AA1D8D"/>
    <w:rsid w:val="00B47730"/>
    <w:rsid w:val="00C86127"/>
    <w:rsid w:val="00C939B2"/>
    <w:rsid w:val="00CB0664"/>
    <w:rsid w:val="00D44AD1"/>
    <w:rsid w:val="00ED3A69"/>
    <w:rsid w:val="00F2380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62CC73"/>
  <w14:defaultImageDpi w14:val="300"/>
  <w15:docId w15:val="{82663D82-832D-274A-9DC4-0B9F977E3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Section">
    <w:name w:val="Form Section"/>
    <w:pPr>
      <w:spacing w:before="140" w:after="60"/>
    </w:pPr>
    <w:rPr>
      <w:rFonts w:ascii="Aptos Display" w:hAnsi="Aptos Display"/>
      <w:b/>
      <w:color w:val="00308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Cathey M Hawkins (cmhwkins)</cp:lastModifiedBy>
  <cp:revision>4</cp:revision>
  <dcterms:created xsi:type="dcterms:W3CDTF">2026-08-24T15:25:00Z</dcterms:created>
  <dcterms:modified xsi:type="dcterms:W3CDTF">2026-08-28T16:06:00Z</dcterms:modified>
  <cp:category/>
</cp:coreProperties>
</file>